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360" w:after="560" w:line="240" w:lineRule="auto"/>
        <w:jc w:val="center"/>
      </w:pPr>
      <w:r>
        <w:rPr>
          <w:rFonts w:ascii="Arial" w:hAnsi="Arial" w:eastAsia="Arial"/>
          <w:b/>
          <w:i w:val="0"/>
          <w:sz w:val="26"/>
        </w:rPr>
        <w:t>M U S T E R   B E W E R B U N G S B O G E N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765"/>
        <w:gridCol w:w="3969"/>
        <w:gridCol w:w="4904"/>
      </w:tblGrid>
      <w:tr>
        <w:trPr>
          <w:trHeight w:val="255" w:hRule="atLeast"/>
        </w:trPr>
        <w:tc>
          <w:tcPr>
            <w:tcW w:type="dxa" w:w="765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i w:val="0"/>
                <w:sz w:val="18"/>
              </w:rPr>
              <w:t>Name</w:t>
            </w:r>
          </w:p>
        </w:tc>
        <w:tc>
          <w:tcPr>
            <w:tcW w:type="dxa" w:w="396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</w:p>
        </w:tc>
        <w:tc>
          <w:tcPr>
            <w:tcW w:type="dxa" w:w="4904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</w:p>
        </w:tc>
      </w:tr>
    </w:tbl>
    <w:p>
      <w:pPr>
        <w:spacing w:before="0" w:after="160" w:line="240" w:lineRule="auto"/>
      </w:pPr>
      <w:r>
        <w:rPr>
          <w:rFonts w:ascii="Arial" w:hAnsi="Arial" w:eastAsia="Arial"/>
          <w:b w:val="0"/>
          <w:i w:val="0"/>
          <w:sz w:val="10"/>
        </w:rPr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4876"/>
        <w:gridCol w:w="3288"/>
        <w:gridCol w:w="1474"/>
      </w:tblGrid>
      <w:tr>
        <w:trPr>
          <w:trHeight w:val="255" w:hRule="atLeast"/>
        </w:trPr>
        <w:tc>
          <w:tcPr>
            <w:tcW w:type="dxa" w:w="4876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i w:val="0"/>
                <w:sz w:val="18"/>
              </w:rPr>
              <w:t>Hiermit bewerbe ich mich für den EX-IN-Kurs</w:t>
            </w:r>
          </w:p>
        </w:tc>
        <w:tc>
          <w:tcPr>
            <w:tcW w:type="dxa" w:w="3288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</w:p>
        </w:tc>
        <w:tc>
          <w:tcPr>
            <w:tcW w:type="dxa" w:w="1474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</w:p>
        </w:tc>
      </w:tr>
    </w:tbl>
    <w:p>
      <w:pPr>
        <w:spacing w:before="0" w:after="400" w:line="240" w:lineRule="auto"/>
        <w:ind w:left="4961"/>
      </w:pPr>
      <w:r>
        <w:rPr>
          <w:rFonts w:ascii="Arial" w:hAnsi="Arial" w:eastAsia="Arial"/>
          <w:b w:val="0"/>
          <w:i/>
          <w:sz w:val="15"/>
        </w:rPr>
        <w:t>Kurs Nr., Ort und Jahr einfügen</w:t>
      </w:r>
    </w:p>
    <w:p>
      <w:pPr>
        <w:spacing w:before="120" w:after="120" w:line="240" w:lineRule="auto"/>
      </w:pPr>
      <w:r>
        <w:rPr>
          <w:rFonts w:ascii="Arial" w:hAnsi="Arial" w:eastAsia="Arial"/>
          <w:b/>
          <w:i w:val="0"/>
          <w:sz w:val="18"/>
        </w:rPr>
        <w:t>1. Lebenslauf</w:t>
      </w:r>
    </w:p>
    <w:p>
      <w:pPr>
        <w:spacing w:before="0" w:after="360" w:line="240" w:lineRule="auto"/>
      </w:pPr>
      <w:r>
        <w:rPr>
          <w:rFonts w:ascii="Arial" w:hAnsi="Arial" w:eastAsia="Arial"/>
          <w:b w:val="0"/>
          <w:i w:val="0"/>
          <w:sz w:val="18"/>
        </w:rPr>
        <w:t>Bitte fügen Sie einen Lebenslauf bei. Er sollte Ihre Ausbildungs- und Berufserfahrungen und auch Ihre</w:t>
        <w:br/>
        <w:t>Krisenerfahrungen beinhalten.</w:t>
      </w:r>
    </w:p>
    <w:p>
      <w:pPr>
        <w:spacing w:before="240" w:after="120" w:line="240" w:lineRule="auto"/>
      </w:pPr>
      <w:r>
        <w:rPr>
          <w:rFonts w:ascii="Arial" w:hAnsi="Arial" w:eastAsia="Arial"/>
          <w:b/>
          <w:i w:val="0"/>
          <w:sz w:val="18"/>
        </w:rPr>
        <w:t>2. Haben Sie Erfahrungen in der Selbsthilfe (z.B. Trialog, Selbsthilfe-Gruppe), wenn ja welche?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9638"/>
      </w:tblGrid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</w:tbl>
    <w:p>
      <w:pPr>
        <w:spacing w:before="360" w:after="120" w:line="240" w:lineRule="auto"/>
      </w:pPr>
      <w:r>
        <w:rPr>
          <w:rFonts w:ascii="Arial" w:hAnsi="Arial" w:eastAsia="Arial"/>
          <w:b/>
          <w:i w:val="0"/>
          <w:sz w:val="18"/>
        </w:rPr>
        <w:t>3. Welches sind Ihre Beweggründe für die Teilnahme am EX-IN Kurs?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9638"/>
      </w:tblGrid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</w:tbl>
    <w:p>
      <w:pPr>
        <w:spacing w:before="360" w:after="120" w:line="240" w:lineRule="auto"/>
      </w:pPr>
      <w:r>
        <w:rPr>
          <w:rFonts w:ascii="Arial" w:hAnsi="Arial" w:eastAsia="Arial"/>
          <w:b/>
          <w:i w:val="0"/>
          <w:sz w:val="18"/>
        </w:rPr>
        <w:t>4. Welche Perspektive möchten Sie sich durch EX-IN erarbeiten?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9638"/>
      </w:tblGrid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</w:tbl>
    <w:p>
      <w:pPr>
        <w:spacing w:after="0" w:before="0"/>
      </w:pPr>
      <w:r>
        <w:br w:type="page"/>
      </w:r>
    </w:p>
    <w:p>
      <w:pPr>
        <w:spacing w:before="360" w:after="120" w:line="240" w:lineRule="auto"/>
      </w:pPr>
      <w:r>
        <w:rPr>
          <w:rFonts w:ascii="Arial" w:hAnsi="Arial" w:eastAsia="Arial"/>
          <w:b/>
          <w:i w:val="0"/>
          <w:sz w:val="18"/>
        </w:rPr>
        <w:t>5. Welche Perspektive wünschen Sie sich in Bezug auf EX-IN für die Weiterentwicklung</w:t>
        <w:br/>
        <w:t>der psychiatrischen Dienste?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9638"/>
      </w:tblGrid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</w:tbl>
    <w:p>
      <w:pPr>
        <w:spacing w:before="360" w:after="120" w:line="240" w:lineRule="auto"/>
      </w:pPr>
      <w:r>
        <w:rPr>
          <w:rFonts w:ascii="Arial" w:hAnsi="Arial" w:eastAsia="Arial"/>
          <w:b/>
          <w:i w:val="0"/>
          <w:sz w:val="18"/>
        </w:rPr>
        <w:t>6. Verfügen Sie über zusätzliche Erfahrungen als Profi im psychiatrischen System?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9638"/>
      </w:tblGrid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</w:tbl>
    <w:p>
      <w:pPr>
        <w:spacing w:before="360" w:after="120" w:line="240" w:lineRule="auto"/>
      </w:pPr>
      <w:r>
        <w:rPr>
          <w:rFonts w:ascii="Arial" w:hAnsi="Arial" w:eastAsia="Arial"/>
          <w:b/>
          <w:i w:val="0"/>
          <w:sz w:val="18"/>
        </w:rPr>
        <w:t>7. Haben Sie zusätzliche Erfahrungen als Angehörige/r von psychisch kranken Menschen?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9638"/>
      </w:tblGrid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</w:tbl>
    <w:p>
      <w:pPr>
        <w:spacing w:before="360" w:after="120" w:line="240" w:lineRule="auto"/>
      </w:pPr>
      <w:r>
        <w:rPr>
          <w:rFonts w:ascii="Arial" w:hAnsi="Arial" w:eastAsia="Arial"/>
          <w:b/>
          <w:i w:val="0"/>
          <w:sz w:val="18"/>
        </w:rPr>
        <w:t>8. Sind Sie SelbstzahlerIn? Oder werden Sie gefördert?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9638"/>
      </w:tblGrid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</w:tbl>
    <w:p>
      <w:pPr>
        <w:spacing w:before="360" w:after="120" w:line="240" w:lineRule="auto"/>
      </w:pPr>
      <w:r>
        <w:rPr>
          <w:rFonts w:ascii="Arial" w:hAnsi="Arial" w:eastAsia="Arial"/>
          <w:b/>
          <w:i w:val="0"/>
          <w:sz w:val="18"/>
        </w:rPr>
        <w:t>9. Haben Sie jemanden mit dem Sie sich regelmäßig über ihre persönlichen Erfahrungen im EX-IN Kurs</w:t>
        <w:br/>
        <w:t>austauschen können? Diese Person muss nichts mit EX-IN zu tun haben.</w:t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9638"/>
      </w:tblGrid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  <w:tr>
        <w:trPr>
          <w:trHeight w:val="357" w:hRule="atLeast"/>
        </w:trPr>
        <w:tc>
          <w:tcPr>
            <w:tcW w:type="dxa" w:w="9639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sz w:val="18"/>
              </w:rPr>
            </w:r>
          </w:p>
        </w:tc>
      </w:tr>
    </w:tbl>
    <w:p>
      <w:pPr>
        <w:spacing w:before="0" w:after="240" w:line="240" w:lineRule="auto"/>
      </w:pPr>
      <w:r>
        <w:rPr>
          <w:rFonts w:ascii="Arial" w:hAnsi="Arial" w:eastAsia="Arial"/>
          <w:b w:val="0"/>
          <w:i w:val="0"/>
          <w:sz w:val="8"/>
        </w:rPr>
      </w:r>
    </w:p>
    <w:tbl>
      <w:tblPr>
        <w:tblW w:type="dxa" w:w="9639"/>
        <w:jc w:val="left"/>
        <w:tblLayout w:type="fixed"/>
        <w:tblLook w:firstColumn="1" w:firstRow="1" w:lastColumn="0" w:lastRow="0" w:noHBand="0" w:noVBand="1" w:val="04A0"/>
      </w:tblPr>
      <w:tblGrid>
        <w:gridCol w:w="1984"/>
        <w:gridCol w:w="4082"/>
        <w:gridCol w:w="3572"/>
      </w:tblGrid>
      <w:tr>
        <w:trPr>
          <w:trHeight w:val="255" w:hRule="atLeast"/>
        </w:trPr>
        <w:tc>
          <w:tcPr>
            <w:tcW w:type="dxa" w:w="1984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  <w:r>
              <w:rPr>
                <w:rFonts w:ascii="Arial" w:hAnsi="Arial" w:eastAsia="Arial"/>
                <w:b/>
                <w:i w:val="0"/>
                <w:sz w:val="18"/>
              </w:rPr>
              <w:t>Datum, Unterschrift</w:t>
            </w:r>
          </w:p>
        </w:tc>
        <w:tc>
          <w:tcPr>
            <w:tcW w:type="dxa" w:w="4082"/>
            <w:tcBorders>
              <w:top w:val="nil"/>
              <w:left w:val="nil"/>
              <w:bottom w:val="single" w:sz="6" w:space="0" w:color="4F4F4F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</w:p>
        </w:tc>
        <w:tc>
          <w:tcPr>
            <w:tcW w:type="dxa" w:w="3572"/>
            <w:tcBorders>
              <w:top w:val="nil"/>
              <w:left w:val="nil"/>
              <w:bottom w:val="nil"/>
              <w:right w:val="nil"/>
              <w:insideH w:val="nil"/>
              <w:insideV w:val="nil"/>
            </w:tcBorders>
            <w:vAlign w:val="bottom"/>
          </w:tcPr>
          <w:p>
            <w:pPr>
              <w:spacing w:before="0" w:after="0" w:line="240" w:lineRule="auto"/>
            </w:pP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1446" w:right="1134" w:bottom="1106" w:left="1134" w:header="198" w:footer="39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/>
  </w:p>
  <w:tbl>
    <w:tblPr>
      <w:tblW w:type="dxa" w:w="9639"/>
      <w:jc w:val="center"/>
      <w:tblLayout w:type="fixed"/>
      <w:tblLook w:firstColumn="1" w:firstRow="1" w:lastColumn="0" w:lastRow="0" w:noHBand="0" w:noVBand="1" w:val="04A0"/>
    </w:tblPr>
    <w:tblGrid>
      <w:gridCol w:w="4819"/>
      <w:gridCol w:w="4819"/>
    </w:tblGrid>
    <w:tr>
      <w:tc>
        <w:tcPr>
          <w:tcW w:type="dxa" w:w="4819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spacing w:after="0" w:before="0" w:line="240" w:lineRule="auto"/>
            <w:jc w:val="left"/>
          </w:pPr>
          <w:r>
            <w:rPr>
              <w:rFonts w:ascii="Arial" w:hAnsi="Arial" w:eastAsia="Arial"/>
              <w:color w:val="828282"/>
              <w:sz w:val="15"/>
            </w:rPr>
            <w:t>Zusammengestellt von S. Hekermann, C. Flader</w:t>
            <w:br/>
            <w:t>Geprüft und genehmigt vom Vorstand</w:t>
          </w:r>
        </w:p>
      </w:tc>
      <w:tc>
        <w:tcPr>
          <w:tcW w:type="dxa" w:w="4819"/>
          <w:tcBorders>
            <w:top w:val="nil"/>
            <w:left w:val="nil"/>
            <w:bottom w:val="nil"/>
            <w:right w:val="nil"/>
            <w:insideH w:val="nil"/>
            <w:insideV w:val="nil"/>
          </w:tcBorders>
        </w:tcPr>
        <w:p>
          <w:pPr>
            <w:spacing w:after="0" w:before="0" w:line="240" w:lineRule="auto"/>
            <w:jc w:val="right"/>
          </w:pPr>
          <w:r>
            <w:rPr>
              <w:rFonts w:ascii="Arial" w:hAnsi="Arial" w:eastAsia="Arial"/>
              <w:color w:val="828282"/>
              <w:sz w:val="15"/>
            </w:rPr>
            <w:t>© EX-IN Deutschland e.V.</w:t>
            <w:br/>
            <w:t>Stand: 06/2020</w:t>
          </w:r>
        </w:p>
      </w:tc>
    </w:tr>
  </w:tbl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/>
  </w:p>
  <w:tbl>
    <w:tblPr>
      <w:tblW w:type="dxa" w:w="9639"/>
      <w:jc w:val="center"/>
      <w:tblLayout w:type="fixed"/>
      <w:tblLook w:firstColumn="1" w:firstRow="1" w:lastColumn="0" w:lastRow="0" w:noHBand="0" w:noVBand="1" w:val="04A0"/>
    </w:tblPr>
    <w:tblGrid>
      <w:gridCol w:w="4819"/>
      <w:gridCol w:w="4819"/>
    </w:tblGrid>
    <w:tr>
      <w:tc>
        <w:tcPr>
          <w:tcW w:type="dxa" w:w="4819"/>
          <w:tcBorders>
            <w:top w:val="nil"/>
            <w:left w:val="nil"/>
            <w:bottom w:val="nil"/>
            <w:right w:val="nil"/>
            <w:insideH w:val="nil"/>
            <w:insideV w:val="nil"/>
          </w:tcBorders>
          <w:vAlign w:val="top"/>
        </w:tcPr>
        <w:p>
          <w:pPr>
            <w:spacing w:after="0" w:before="0" w:line="240" w:lineRule="auto"/>
            <w:jc w:val="left"/>
          </w:pPr>
          <w:r>
            <w:drawing>
              <wp:inline xmlns:a="http://schemas.openxmlformats.org/drawingml/2006/main" xmlns:pic="http://schemas.openxmlformats.org/drawingml/2006/picture">
                <wp:extent cx="1296000" cy="419294"/>
                <wp:docPr id="1" name="Picture 1"/>
                <wp:cNvGraphicFramePr>
                  <a:graphicFrameLocks noChangeAspect="1"/>
                </wp:cNvGraphicFramePr>
                <a:graphic>
                  <a:graphicData uri="http://schemas.openxmlformats.org/drawingml/2006/picture">
                    <pic:pic>
                      <pic:nvPicPr>
                        <pic:cNvPr id="0" name="exin_logo_cropped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6000" cy="419294"/>
                        </a:xfrm>
                        <a:prstGeom prst="rect"/>
                      </pic:spPr>
                    </pic:pic>
                  </a:graphicData>
                </a:graphic>
              </wp:inline>
            </w:drawing>
          </w:r>
        </w:p>
      </w:tc>
      <w:tc>
        <w:tcPr>
          <w:tcW w:type="dxa" w:w="4819"/>
          <w:tcBorders>
            <w:top w:val="nil"/>
            <w:left w:val="nil"/>
            <w:bottom w:val="nil"/>
            <w:right w:val="nil"/>
            <w:insideH w:val="nil"/>
            <w:insideV w:val="nil"/>
          </w:tcBorders>
          <w:vAlign w:val="top"/>
        </w:tcPr>
        <w:p>
          <w:pPr>
            <w:spacing w:after="0" w:before="0" w:line="240" w:lineRule="auto"/>
            <w:jc w:val="right"/>
          </w:pPr>
          <w:r>
            <w:rPr>
              <w:rFonts w:ascii="Arial" w:hAnsi="Arial" w:eastAsia="Arial"/>
              <w:sz w:val="17"/>
            </w:rPr>
            <w:t>Muster Bewerbungsbogen</w:t>
          </w:r>
          <w:r>
            <w:br/>
          </w:r>
          <w:r>
            <w:rPr>
              <w:rFonts w:ascii="Arial" w:hAnsi="Arial" w:eastAsia="Arial"/>
              <w:sz w:val="17"/>
            </w:rPr>
            <w:t xml:space="preserve">S e i t e  |  </w:t>
          </w:r>
          <w:r>
            <w:rPr>
              <w:rFonts w:ascii="Arial" w:hAnsi="Arial" w:eastAsia="Arial"/>
              <w:b/>
              <w:sz w:val="18"/>
            </w:rPr>
            <w:fldChar w:fldCharType="begin"/>
            <w:instrText xml:space="preserve"> PAGE </w:instrText>
            <w:fldChar w:fldCharType="separate"/>
            <w:t>1</w:t>
            <w:fldChar w:fldCharType="end"/>
          </w:r>
          <w:r>
            <w:rPr>
              <w:rFonts w:ascii="Arial" w:hAnsi="Arial" w:eastAsia="Arial"/>
              <w:sz w:val="17"/>
            </w:rPr>
            <w:t xml:space="preserve"> von </w:t>
          </w:r>
          <w:r>
            <w:rPr>
              <w:rFonts w:ascii="Arial" w:hAnsi="Arial" w:eastAsia="Arial"/>
              <w:b/>
              <w:sz w:val="18"/>
            </w:rPr>
            <w:fldChar w:fldCharType="begin"/>
            <w:instrText xml:space="preserve"> NUMPAGES </w:instrText>
            <w:fldChar w:fldCharType="separate"/>
            <w:t>1</w:t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 w:before="0" w:line="240" w:lineRule="auto"/>
    </w:pPr>
    <w:rPr>
      <w:rFonts w:ascii="Arial" w:hAnsi="Arial" w:eastAsia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'1.0' encoding='UTF-8' standalone='yes'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